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7469D" w14:textId="77777777" w:rsidR="00E93A7D" w:rsidRDefault="004B6CAB">
      <w:r>
        <w:t>والدین</w:t>
      </w:r>
      <w:r>
        <w:t xml:space="preserve"> </w:t>
      </w:r>
      <w:r>
        <w:t>کے</w:t>
      </w:r>
      <w:r>
        <w:t xml:space="preserve"> </w:t>
      </w:r>
      <w:r>
        <w:t>لیے</w:t>
      </w:r>
      <w:r>
        <w:t xml:space="preserve"> </w:t>
      </w:r>
      <w:r>
        <w:t>رہنمائی</w:t>
      </w:r>
      <w:r>
        <w:t xml:space="preserve">: </w:t>
      </w:r>
      <w:r>
        <w:t>بچے</w:t>
      </w:r>
      <w:r>
        <w:t xml:space="preserve"> </w:t>
      </w:r>
      <w:r>
        <w:t>کی</w:t>
      </w:r>
      <w:r>
        <w:t xml:space="preserve"> </w:t>
      </w:r>
      <w:r>
        <w:t>غیرحاضری</w:t>
      </w:r>
      <w:r>
        <w:t xml:space="preserve"> </w:t>
      </w:r>
      <w:r>
        <w:t>کی</w:t>
      </w:r>
      <w:r>
        <w:t xml:space="preserve"> </w:t>
      </w:r>
      <w:r>
        <w:t>اطلاع</w:t>
      </w:r>
      <w:r>
        <w:t xml:space="preserve"> </w:t>
      </w:r>
      <w:r>
        <w:t>کیسے</w:t>
      </w:r>
      <w:r>
        <w:t xml:space="preserve"> </w:t>
      </w:r>
      <w:r>
        <w:t>دیں</w:t>
      </w:r>
    </w:p>
    <w:p w14:paraId="039CCB35" w14:textId="77777777" w:rsidR="00E93A7D" w:rsidRDefault="00E93A7D"/>
    <w:p w14:paraId="312C5F63" w14:textId="77777777" w:rsidR="00E93A7D" w:rsidRDefault="004B6CAB">
      <w:r>
        <w:t>ہماری</w:t>
      </w:r>
      <w:r>
        <w:t xml:space="preserve"> </w:t>
      </w:r>
      <w:r>
        <w:t>حاضری</w:t>
      </w:r>
      <w:r>
        <w:t xml:space="preserve"> </w:t>
      </w:r>
      <w:r>
        <w:t>کے</w:t>
      </w:r>
      <w:r>
        <w:t xml:space="preserve"> </w:t>
      </w:r>
      <w:r>
        <w:t>ریکارڈ</w:t>
      </w:r>
      <w:r>
        <w:t xml:space="preserve"> </w:t>
      </w:r>
      <w:r>
        <w:t>کو</w:t>
      </w:r>
      <w:r>
        <w:t xml:space="preserve"> </w:t>
      </w:r>
      <w:r>
        <w:t>درست</w:t>
      </w:r>
      <w:r>
        <w:t xml:space="preserve"> </w:t>
      </w:r>
      <w:r>
        <w:t>رکھنے</w:t>
      </w:r>
      <w:r>
        <w:t xml:space="preserve"> </w:t>
      </w:r>
      <w:r>
        <w:t>اور</w:t>
      </w:r>
      <w:r>
        <w:t xml:space="preserve"> </w:t>
      </w:r>
      <w:r>
        <w:t>تمام</w:t>
      </w:r>
      <w:r>
        <w:t xml:space="preserve"> </w:t>
      </w:r>
      <w:r>
        <w:t>طلبہ</w:t>
      </w:r>
      <w:r>
        <w:t xml:space="preserve"> </w:t>
      </w:r>
      <w:r>
        <w:t>کی</w:t>
      </w:r>
      <w:r>
        <w:t xml:space="preserve"> </w:t>
      </w:r>
      <w:r>
        <w:t>حفاظت</w:t>
      </w:r>
      <w:r>
        <w:t xml:space="preserve"> </w:t>
      </w:r>
      <w:r>
        <w:t>یقینی</w:t>
      </w:r>
      <w:r>
        <w:t xml:space="preserve"> </w:t>
      </w:r>
      <w:r>
        <w:t>بنانے</w:t>
      </w:r>
      <w:r>
        <w:t xml:space="preserve"> </w:t>
      </w:r>
      <w:r>
        <w:t>کے</w:t>
      </w:r>
      <w:r>
        <w:t xml:space="preserve"> </w:t>
      </w:r>
      <w:r>
        <w:t>لیے،</w:t>
      </w:r>
      <w:r>
        <w:t xml:space="preserve"> </w:t>
      </w:r>
      <w:r>
        <w:t>براہِ</w:t>
      </w:r>
      <w:r>
        <w:t xml:space="preserve"> </w:t>
      </w:r>
      <w:r>
        <w:t>کرم</w:t>
      </w:r>
      <w:r>
        <w:t xml:space="preserve"> </w:t>
      </w:r>
      <w:r>
        <w:t>اپنے</w:t>
      </w:r>
      <w:r>
        <w:t xml:space="preserve"> </w:t>
      </w:r>
      <w:r>
        <w:t>بچے</w:t>
      </w:r>
      <w:r>
        <w:t xml:space="preserve"> </w:t>
      </w:r>
      <w:r>
        <w:t>کی</w:t>
      </w:r>
      <w:r>
        <w:t xml:space="preserve"> </w:t>
      </w:r>
      <w:r>
        <w:t>غیرحاضری</w:t>
      </w:r>
      <w:r>
        <w:t xml:space="preserve"> </w:t>
      </w:r>
      <w:r>
        <w:t>کی</w:t>
      </w:r>
      <w:r>
        <w:t xml:space="preserve"> </w:t>
      </w:r>
      <w:r>
        <w:t>اطلاع</w:t>
      </w:r>
      <w:r>
        <w:t xml:space="preserve"> </w:t>
      </w:r>
      <w:r>
        <w:t>غیرحاضری</w:t>
      </w:r>
      <w:r>
        <w:t xml:space="preserve"> </w:t>
      </w:r>
      <w:r>
        <w:t>کے</w:t>
      </w:r>
      <w:r>
        <w:t xml:space="preserve"> </w:t>
      </w:r>
      <w:r>
        <w:t>دن</w:t>
      </w:r>
      <w:r>
        <w:t xml:space="preserve"> </w:t>
      </w:r>
      <w:r>
        <w:t>جتنی</w:t>
      </w:r>
      <w:r>
        <w:t xml:space="preserve"> </w:t>
      </w:r>
      <w:r>
        <w:t>جلد</w:t>
      </w:r>
      <w:r>
        <w:t xml:space="preserve"> </w:t>
      </w:r>
      <w:r>
        <w:t>ممکن</w:t>
      </w:r>
      <w:r>
        <w:t xml:space="preserve"> </w:t>
      </w:r>
      <w:r>
        <w:t>ہو</w:t>
      </w:r>
      <w:r>
        <w:t xml:space="preserve"> </w:t>
      </w:r>
      <w:r>
        <w:t>دے</w:t>
      </w:r>
      <w:r>
        <w:t xml:space="preserve"> </w:t>
      </w:r>
      <w:r>
        <w:t>دیں۔</w:t>
      </w:r>
    </w:p>
    <w:p w14:paraId="0E54161C" w14:textId="77777777" w:rsidR="00E93A7D" w:rsidRDefault="00E93A7D"/>
    <w:p w14:paraId="4AE0EC0A" w14:textId="77777777" w:rsidR="00E93A7D" w:rsidRDefault="004B6CAB">
      <w:r>
        <w:t>غیرحاضری</w:t>
      </w:r>
      <w:r>
        <w:t xml:space="preserve"> </w:t>
      </w:r>
      <w:r>
        <w:t>کی</w:t>
      </w:r>
      <w:r>
        <w:t xml:space="preserve"> </w:t>
      </w:r>
      <w:r>
        <w:t>اطلاع</w:t>
      </w:r>
      <w:r>
        <w:t xml:space="preserve"> </w:t>
      </w:r>
      <w:r>
        <w:t>کیسے</w:t>
      </w:r>
      <w:r>
        <w:t xml:space="preserve"> </w:t>
      </w:r>
      <w:r>
        <w:t>دیں</w:t>
      </w:r>
    </w:p>
    <w:p w14:paraId="31CC1A7E" w14:textId="77777777" w:rsidR="00E93A7D" w:rsidRDefault="004B6CAB">
      <w:r>
        <w:t xml:space="preserve">1. </w:t>
      </w:r>
      <w:r>
        <w:t>ای</w:t>
      </w:r>
      <w:r>
        <w:t xml:space="preserve"> </w:t>
      </w:r>
      <w:r>
        <w:t>میل</w:t>
      </w:r>
      <w:r>
        <w:t xml:space="preserve">: pupilabsence@avenue.reading.sch.uk — </w:t>
      </w:r>
      <w:r>
        <w:t>بچے</w:t>
      </w:r>
      <w:r>
        <w:t xml:space="preserve"> </w:t>
      </w:r>
      <w:r>
        <w:t>کا</w:t>
      </w:r>
      <w:r>
        <w:t xml:space="preserve"> </w:t>
      </w:r>
      <w:r>
        <w:t>نام،</w:t>
      </w:r>
      <w:r>
        <w:t xml:space="preserve"> </w:t>
      </w:r>
      <w:r>
        <w:t>کلاس</w:t>
      </w:r>
      <w:r>
        <w:t>/</w:t>
      </w:r>
      <w:r>
        <w:t>استاد،</w:t>
      </w:r>
      <w:r>
        <w:t xml:space="preserve"> </w:t>
      </w:r>
      <w:r>
        <w:t>غیرحاضری</w:t>
      </w:r>
      <w:r>
        <w:t xml:space="preserve"> </w:t>
      </w:r>
      <w:r>
        <w:t>کی</w:t>
      </w:r>
      <w:r>
        <w:t xml:space="preserve"> </w:t>
      </w:r>
      <w:r>
        <w:t>وجہ،</w:t>
      </w:r>
      <w:r>
        <w:t xml:space="preserve"> </w:t>
      </w:r>
      <w:r>
        <w:t>اور</w:t>
      </w:r>
      <w:r>
        <w:t xml:space="preserve"> </w:t>
      </w:r>
      <w:r>
        <w:t>متوقع</w:t>
      </w:r>
      <w:r>
        <w:t xml:space="preserve"> </w:t>
      </w:r>
      <w:r>
        <w:t>واپسی</w:t>
      </w:r>
      <w:r>
        <w:t xml:space="preserve"> </w:t>
      </w:r>
      <w:r>
        <w:t>کی</w:t>
      </w:r>
      <w:r>
        <w:t xml:space="preserve"> </w:t>
      </w:r>
      <w:r>
        <w:t>تاریخ</w:t>
      </w:r>
      <w:r>
        <w:t xml:space="preserve"> </w:t>
      </w:r>
      <w:r>
        <w:t>شامل</w:t>
      </w:r>
      <w:r>
        <w:t xml:space="preserve"> </w:t>
      </w:r>
      <w:r>
        <w:t>کریں۔</w:t>
      </w:r>
    </w:p>
    <w:p w14:paraId="7E212BF6" w14:textId="77777777" w:rsidR="00E93A7D" w:rsidRDefault="004B6CAB">
      <w:r>
        <w:t xml:space="preserve">2. </w:t>
      </w:r>
      <w:r>
        <w:t>فون</w:t>
      </w:r>
      <w:r>
        <w:t xml:space="preserve"> </w:t>
      </w:r>
      <w:r>
        <w:t>کال</w:t>
      </w:r>
      <w:r>
        <w:t>: 0118 3389038 (</w:t>
      </w:r>
      <w:r>
        <w:t>آپشن</w:t>
      </w:r>
      <w:r>
        <w:t xml:space="preserve"> 1) — </w:t>
      </w:r>
      <w:r>
        <w:t>بچے</w:t>
      </w:r>
      <w:r>
        <w:t xml:space="preserve"> </w:t>
      </w:r>
      <w:r>
        <w:t>کا</w:t>
      </w:r>
      <w:r>
        <w:t xml:space="preserve"> </w:t>
      </w:r>
      <w:r>
        <w:t>نام،</w:t>
      </w:r>
      <w:r>
        <w:t xml:space="preserve"> </w:t>
      </w:r>
      <w:r>
        <w:t>کلاس</w:t>
      </w:r>
      <w:r>
        <w:t>/</w:t>
      </w:r>
      <w:r>
        <w:t>استاد</w:t>
      </w:r>
      <w:r>
        <w:t xml:space="preserve"> </w:t>
      </w:r>
      <w:r>
        <w:t>اور</w:t>
      </w:r>
      <w:r>
        <w:t xml:space="preserve"> </w:t>
      </w:r>
      <w:r>
        <w:t>غیرحاضری</w:t>
      </w:r>
      <w:r>
        <w:t xml:space="preserve"> </w:t>
      </w:r>
      <w:r>
        <w:t>کی</w:t>
      </w:r>
      <w:r>
        <w:t xml:space="preserve"> </w:t>
      </w:r>
      <w:r>
        <w:t>وجہ</w:t>
      </w:r>
      <w:r>
        <w:t xml:space="preserve"> </w:t>
      </w:r>
      <w:r>
        <w:t>بتائیں۔</w:t>
      </w:r>
      <w:r>
        <w:t xml:space="preserve"> </w:t>
      </w:r>
      <w:r>
        <w:t>وائس</w:t>
      </w:r>
      <w:r>
        <w:t xml:space="preserve"> </w:t>
      </w:r>
      <w:r>
        <w:t>میل</w:t>
      </w:r>
      <w:r>
        <w:t xml:space="preserve"> </w:t>
      </w:r>
      <w:r>
        <w:t>بھی</w:t>
      </w:r>
      <w:r>
        <w:t xml:space="preserve"> </w:t>
      </w:r>
      <w:r>
        <w:t>قبول</w:t>
      </w:r>
      <w:r>
        <w:t xml:space="preserve"> </w:t>
      </w:r>
      <w:r>
        <w:t>ہے۔</w:t>
      </w:r>
    </w:p>
    <w:p w14:paraId="59A0748D" w14:textId="77777777" w:rsidR="00E93A7D" w:rsidRDefault="00E93A7D"/>
    <w:p w14:paraId="7BA42C8C" w14:textId="77777777" w:rsidR="00E93A7D" w:rsidRDefault="004B6CAB">
      <w:r>
        <w:t>غیرحاضری</w:t>
      </w:r>
      <w:r>
        <w:t xml:space="preserve"> </w:t>
      </w:r>
      <w:r>
        <w:t>کی</w:t>
      </w:r>
      <w:r>
        <w:t xml:space="preserve"> </w:t>
      </w:r>
      <w:r>
        <w:t>اطلاع</w:t>
      </w:r>
      <w:r>
        <w:t xml:space="preserve"> </w:t>
      </w:r>
      <w:r>
        <w:t>کب</w:t>
      </w:r>
      <w:r>
        <w:t xml:space="preserve"> </w:t>
      </w:r>
      <w:r>
        <w:t>دیں</w:t>
      </w:r>
    </w:p>
    <w:p w14:paraId="644DE334" w14:textId="77777777" w:rsidR="00E93A7D" w:rsidRDefault="004B6CAB">
      <w:r>
        <w:t xml:space="preserve">• </w:t>
      </w:r>
      <w:r>
        <w:t>غیرحاضری</w:t>
      </w:r>
      <w:r>
        <w:t xml:space="preserve"> </w:t>
      </w:r>
      <w:r>
        <w:t>کے</w:t>
      </w:r>
      <w:r>
        <w:t xml:space="preserve"> </w:t>
      </w:r>
      <w:r>
        <w:t>پہلے</w:t>
      </w:r>
      <w:r>
        <w:t xml:space="preserve"> </w:t>
      </w:r>
      <w:r>
        <w:t>دن</w:t>
      </w:r>
      <w:r>
        <w:t xml:space="preserve"> (</w:t>
      </w:r>
      <w:r>
        <w:t>ممکن</w:t>
      </w:r>
      <w:r>
        <w:t xml:space="preserve"> </w:t>
      </w:r>
      <w:r>
        <w:t>ہو</w:t>
      </w:r>
      <w:r>
        <w:t xml:space="preserve"> </w:t>
      </w:r>
      <w:r>
        <w:t>تو</w:t>
      </w:r>
      <w:r>
        <w:t xml:space="preserve"> </w:t>
      </w:r>
      <w:r>
        <w:t>صبح</w:t>
      </w:r>
      <w:r>
        <w:t xml:space="preserve"> 9:00 </w:t>
      </w:r>
      <w:r>
        <w:t>بجے</w:t>
      </w:r>
      <w:r>
        <w:t xml:space="preserve"> </w:t>
      </w:r>
      <w:r>
        <w:t>سے</w:t>
      </w:r>
      <w:r>
        <w:t xml:space="preserve"> </w:t>
      </w:r>
      <w:r>
        <w:t>پہلے</w:t>
      </w:r>
      <w:r>
        <w:t>)</w:t>
      </w:r>
    </w:p>
    <w:p w14:paraId="1B1234E8" w14:textId="77777777" w:rsidR="00E93A7D" w:rsidRDefault="004B6CAB">
      <w:r>
        <w:t xml:space="preserve">• </w:t>
      </w:r>
      <w:r>
        <w:t>ہر</w:t>
      </w:r>
      <w:r>
        <w:t xml:space="preserve"> </w:t>
      </w:r>
      <w:r>
        <w:t>وہ</w:t>
      </w:r>
      <w:r>
        <w:t xml:space="preserve"> </w:t>
      </w:r>
      <w:r>
        <w:t>دن</w:t>
      </w:r>
      <w:r>
        <w:t xml:space="preserve"> </w:t>
      </w:r>
      <w:r>
        <w:t>جب</w:t>
      </w:r>
      <w:r>
        <w:t xml:space="preserve"> </w:t>
      </w:r>
      <w:r>
        <w:t>غیرحاضری</w:t>
      </w:r>
      <w:r>
        <w:t xml:space="preserve"> </w:t>
      </w:r>
      <w:r>
        <w:t>جاری</w:t>
      </w:r>
      <w:r>
        <w:t xml:space="preserve"> </w:t>
      </w:r>
      <w:r>
        <w:t>رہے</w:t>
      </w:r>
      <w:r>
        <w:t xml:space="preserve"> (</w:t>
      </w:r>
      <w:r>
        <w:t>اگر</w:t>
      </w:r>
      <w:r>
        <w:t xml:space="preserve"> </w:t>
      </w:r>
      <w:r>
        <w:t>پہلے</w:t>
      </w:r>
      <w:r>
        <w:t xml:space="preserve"> </w:t>
      </w:r>
      <w:r>
        <w:t>سے</w:t>
      </w:r>
      <w:r>
        <w:t xml:space="preserve"> </w:t>
      </w:r>
      <w:r>
        <w:t>تصدیق</w:t>
      </w:r>
      <w:r>
        <w:t xml:space="preserve"> </w:t>
      </w:r>
      <w:r>
        <w:t>نہ</w:t>
      </w:r>
      <w:r>
        <w:t xml:space="preserve"> </w:t>
      </w:r>
      <w:r>
        <w:t>کی</w:t>
      </w:r>
      <w:r>
        <w:t xml:space="preserve"> </w:t>
      </w:r>
      <w:r>
        <w:t>گئی</w:t>
      </w:r>
      <w:r>
        <w:t xml:space="preserve"> </w:t>
      </w:r>
      <w:r>
        <w:t>ہو</w:t>
      </w:r>
      <w:r>
        <w:t>)</w:t>
      </w:r>
    </w:p>
    <w:p w14:paraId="24847B27" w14:textId="77777777" w:rsidR="00E93A7D" w:rsidRDefault="00E93A7D"/>
    <w:p w14:paraId="09755CF7" w14:textId="77777777" w:rsidR="00E93A7D" w:rsidRDefault="004B6CAB">
      <w:r>
        <w:t>اطلاع</w:t>
      </w:r>
      <w:r>
        <w:t xml:space="preserve"> </w:t>
      </w:r>
      <w:r>
        <w:t>دینے</w:t>
      </w:r>
      <w:r>
        <w:t xml:space="preserve"> </w:t>
      </w:r>
      <w:r>
        <w:t>کے</w:t>
      </w:r>
      <w:r>
        <w:t xml:space="preserve"> </w:t>
      </w:r>
      <w:r>
        <w:t>لیے</w:t>
      </w:r>
      <w:r>
        <w:t xml:space="preserve"> </w:t>
      </w:r>
      <w:r>
        <w:t>کن</w:t>
      </w:r>
      <w:r>
        <w:t xml:space="preserve"> </w:t>
      </w:r>
      <w:r>
        <w:t>غیرحاضریوں</w:t>
      </w:r>
      <w:r>
        <w:t xml:space="preserve"> </w:t>
      </w:r>
      <w:r>
        <w:t>کا</w:t>
      </w:r>
      <w:r>
        <w:t xml:space="preserve"> </w:t>
      </w:r>
      <w:r>
        <w:t>احاطہ</w:t>
      </w:r>
      <w:r>
        <w:t xml:space="preserve"> </w:t>
      </w:r>
      <w:r>
        <w:t>ضروری</w:t>
      </w:r>
      <w:r>
        <w:t xml:space="preserve"> </w:t>
      </w:r>
      <w:r>
        <w:t>ہے</w:t>
      </w:r>
    </w:p>
    <w:p w14:paraId="767C2261" w14:textId="77777777" w:rsidR="00E93A7D" w:rsidRDefault="004B6CAB">
      <w:r>
        <w:t xml:space="preserve">• </w:t>
      </w:r>
      <w:r>
        <w:t>بیماری،</w:t>
      </w:r>
      <w:r>
        <w:t xml:space="preserve"> </w:t>
      </w:r>
      <w:r>
        <w:t>طبی</w:t>
      </w:r>
      <w:r>
        <w:t xml:space="preserve"> </w:t>
      </w:r>
      <w:r>
        <w:t>یا</w:t>
      </w:r>
      <w:r>
        <w:t xml:space="preserve"> </w:t>
      </w:r>
      <w:r>
        <w:t>دندان</w:t>
      </w:r>
      <w:r>
        <w:t xml:space="preserve"> </w:t>
      </w:r>
      <w:r>
        <w:t>ساز</w:t>
      </w:r>
      <w:r>
        <w:t xml:space="preserve"> </w:t>
      </w:r>
      <w:r>
        <w:t>کی</w:t>
      </w:r>
      <w:r>
        <w:t xml:space="preserve"> </w:t>
      </w:r>
      <w:r>
        <w:t>اپوائنٹمنٹ،</w:t>
      </w:r>
      <w:r>
        <w:t xml:space="preserve"> </w:t>
      </w:r>
      <w:r>
        <w:t>خاندانی</w:t>
      </w:r>
      <w:r>
        <w:t xml:space="preserve"> </w:t>
      </w:r>
      <w:r>
        <w:t>ایمرجنسی،</w:t>
      </w:r>
      <w:r>
        <w:t xml:space="preserve"> </w:t>
      </w:r>
      <w:r>
        <w:t>منصوبہ</w:t>
      </w:r>
      <w:r>
        <w:t xml:space="preserve"> </w:t>
      </w:r>
      <w:r>
        <w:t>بندی</w:t>
      </w:r>
      <w:r>
        <w:t xml:space="preserve"> </w:t>
      </w:r>
      <w:r>
        <w:t>شدہ</w:t>
      </w:r>
      <w:r>
        <w:t xml:space="preserve"> </w:t>
      </w:r>
      <w:r>
        <w:t>غیرحاضریاں</w:t>
      </w:r>
    </w:p>
    <w:p w14:paraId="133FDB5A" w14:textId="77777777" w:rsidR="00E93A7D" w:rsidRDefault="00E93A7D"/>
    <w:p w14:paraId="13CEC5C5" w14:textId="77777777" w:rsidR="00E93A7D" w:rsidRDefault="004B6CAB">
      <w:r>
        <w:t>غیرحاضری</w:t>
      </w:r>
      <w:r>
        <w:t xml:space="preserve"> </w:t>
      </w:r>
      <w:r>
        <w:t>کی</w:t>
      </w:r>
      <w:r>
        <w:t xml:space="preserve"> </w:t>
      </w:r>
      <w:r>
        <w:t>اطلاع</w:t>
      </w:r>
      <w:r>
        <w:t xml:space="preserve"> </w:t>
      </w:r>
      <w:r>
        <w:t>دینا</w:t>
      </w:r>
      <w:r>
        <w:t xml:space="preserve"> </w:t>
      </w:r>
      <w:r>
        <w:t>کیوں</w:t>
      </w:r>
      <w:r>
        <w:t xml:space="preserve"> </w:t>
      </w:r>
      <w:r>
        <w:t>ضروری</w:t>
      </w:r>
      <w:r>
        <w:t xml:space="preserve"> </w:t>
      </w:r>
      <w:r>
        <w:t>ہے</w:t>
      </w:r>
    </w:p>
    <w:p w14:paraId="7E85C146" w14:textId="77777777" w:rsidR="00E93A7D" w:rsidRDefault="004B6CAB">
      <w:r>
        <w:t xml:space="preserve">• </w:t>
      </w:r>
      <w:r>
        <w:t>طلبہ</w:t>
      </w:r>
      <w:r>
        <w:t xml:space="preserve"> </w:t>
      </w:r>
      <w:r>
        <w:t>کی</w:t>
      </w:r>
      <w:r>
        <w:t xml:space="preserve"> </w:t>
      </w:r>
      <w:r>
        <w:t>حفاظت،</w:t>
      </w:r>
      <w:r>
        <w:t xml:space="preserve"> </w:t>
      </w:r>
      <w:r>
        <w:t>درست</w:t>
      </w:r>
      <w:r>
        <w:t xml:space="preserve"> </w:t>
      </w:r>
      <w:r>
        <w:t>ریکارڈ،</w:t>
      </w:r>
      <w:r>
        <w:t xml:space="preserve"> </w:t>
      </w:r>
      <w:r>
        <w:t>معاونت</w:t>
      </w:r>
      <w:r>
        <w:t xml:space="preserve"> </w:t>
      </w:r>
      <w:r>
        <w:t>کی</w:t>
      </w:r>
      <w:r>
        <w:t xml:space="preserve"> </w:t>
      </w:r>
      <w:r>
        <w:t>فراہمی</w:t>
      </w:r>
      <w:r>
        <w:t xml:space="preserve"> </w:t>
      </w:r>
      <w:r>
        <w:t>اور</w:t>
      </w:r>
      <w:r>
        <w:t xml:space="preserve"> </w:t>
      </w:r>
      <w:r>
        <w:t>حفاظتی</w:t>
      </w:r>
      <w:r>
        <w:t xml:space="preserve"> </w:t>
      </w:r>
      <w:r>
        <w:t>ضوابط</w:t>
      </w:r>
      <w:r>
        <w:t xml:space="preserve"> </w:t>
      </w:r>
      <w:r>
        <w:t>کی</w:t>
      </w:r>
      <w:r>
        <w:t xml:space="preserve"> </w:t>
      </w:r>
      <w:r>
        <w:t>تعمیل</w:t>
      </w:r>
      <w:r>
        <w:t xml:space="preserve"> </w:t>
      </w:r>
      <w:r>
        <w:t>کے</w:t>
      </w:r>
      <w:r>
        <w:t xml:space="preserve"> </w:t>
      </w:r>
      <w:r>
        <w:t>لیے</w:t>
      </w:r>
    </w:p>
    <w:sectPr w:rsidR="00E93A7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C7301"/>
    <w:rsid w:val="00326F90"/>
    <w:rsid w:val="004B6CAB"/>
    <w:rsid w:val="00AA1D8D"/>
    <w:rsid w:val="00B47730"/>
    <w:rsid w:val="00CB0664"/>
    <w:rsid w:val="00E93A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10E962"/>
  <w14:defaultImageDpi w14:val="300"/>
  <w15:docId w15:val="{8FDDBD60-04F8-425C-B591-60176DE8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Green</cp:lastModifiedBy>
  <cp:revision>2</cp:revision>
  <dcterms:created xsi:type="dcterms:W3CDTF">2026-01-22T09:05:00Z</dcterms:created>
  <dcterms:modified xsi:type="dcterms:W3CDTF">2026-01-22T09:05:00Z</dcterms:modified>
  <cp:category/>
</cp:coreProperties>
</file>