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61AE4" w14:textId="77777777" w:rsidR="00923A28" w:rsidRDefault="006F0B5E">
      <w:r>
        <w:t>பெற்றோருக்கான</w:t>
      </w:r>
      <w:r>
        <w:t xml:space="preserve"> </w:t>
      </w:r>
      <w:r>
        <w:t>வழிகாட்டி</w:t>
      </w:r>
      <w:r>
        <w:t xml:space="preserve">: </w:t>
      </w:r>
      <w:r>
        <w:t>மாணவர்களின்</w:t>
      </w:r>
      <w:r>
        <w:t xml:space="preserve"> </w:t>
      </w:r>
      <w:r>
        <w:t>अनुपस्थित</w:t>
      </w:r>
      <w:r>
        <w:t>ியை</w:t>
      </w:r>
      <w:r>
        <w:t xml:space="preserve"> </w:t>
      </w:r>
      <w:r>
        <w:t>எப்படி</w:t>
      </w:r>
      <w:r>
        <w:t xml:space="preserve"> </w:t>
      </w:r>
      <w:r>
        <w:t>அறிவிப்பது</w:t>
      </w:r>
    </w:p>
    <w:p w14:paraId="4BE27BD6" w14:textId="77777777" w:rsidR="00923A28" w:rsidRDefault="00923A28"/>
    <w:p w14:paraId="4AB5A6DE" w14:textId="77777777" w:rsidR="00923A28" w:rsidRDefault="006F0B5E">
      <w:r>
        <w:t>எல்லா</w:t>
      </w:r>
      <w:r>
        <w:t xml:space="preserve"> </w:t>
      </w:r>
      <w:r>
        <w:t>மாணவர்களின்</w:t>
      </w:r>
      <w:r>
        <w:t xml:space="preserve"> </w:t>
      </w:r>
      <w:r>
        <w:t>பாதுகாப்பையும்</w:t>
      </w:r>
      <w:r>
        <w:t xml:space="preserve">, </w:t>
      </w:r>
      <w:r>
        <w:t>சரியான</w:t>
      </w:r>
      <w:r>
        <w:t xml:space="preserve"> </w:t>
      </w:r>
      <w:r>
        <w:t>வருகைப்</w:t>
      </w:r>
      <w:r>
        <w:t xml:space="preserve"> </w:t>
      </w:r>
      <w:r>
        <w:t>பதிவுகளையும்</w:t>
      </w:r>
      <w:r>
        <w:t xml:space="preserve"> </w:t>
      </w:r>
      <w:r>
        <w:t>உறுதி</w:t>
      </w:r>
      <w:r>
        <w:t xml:space="preserve"> </w:t>
      </w:r>
      <w:r>
        <w:t>செய்வதற்காக</w:t>
      </w:r>
      <w:r>
        <w:t xml:space="preserve">, </w:t>
      </w:r>
      <w:r>
        <w:t>உங்கள்</w:t>
      </w:r>
      <w:r>
        <w:t xml:space="preserve"> </w:t>
      </w:r>
      <w:r>
        <w:t>குழந்தையின்</w:t>
      </w:r>
      <w:r>
        <w:t xml:space="preserve"> </w:t>
      </w:r>
      <w:r>
        <w:t>अनुपस्थित</w:t>
      </w:r>
      <w:r>
        <w:t>ியை</w:t>
      </w:r>
      <w:r>
        <w:t xml:space="preserve"> </w:t>
      </w:r>
      <w:r>
        <w:t>அன்றைய</w:t>
      </w:r>
      <w:r>
        <w:t xml:space="preserve"> </w:t>
      </w:r>
      <w:r>
        <w:t>தினம்</w:t>
      </w:r>
      <w:r>
        <w:t xml:space="preserve"> </w:t>
      </w:r>
      <w:r>
        <w:t>சாத்தியமான</w:t>
      </w:r>
      <w:r>
        <w:t xml:space="preserve"> </w:t>
      </w:r>
      <w:r>
        <w:t>அளவு</w:t>
      </w:r>
      <w:r>
        <w:t xml:space="preserve"> </w:t>
      </w:r>
      <w:r>
        <w:t>விரைவாக</w:t>
      </w:r>
      <w:r>
        <w:t xml:space="preserve"> </w:t>
      </w:r>
      <w:r>
        <w:t>அறிவிக்கவும்</w:t>
      </w:r>
      <w:r>
        <w:t>.</w:t>
      </w:r>
    </w:p>
    <w:p w14:paraId="35CF8298" w14:textId="77777777" w:rsidR="00923A28" w:rsidRDefault="00923A28"/>
    <w:p w14:paraId="74D1C2EE" w14:textId="77777777" w:rsidR="00923A28" w:rsidRDefault="006F0B5E">
      <w:r>
        <w:t>அனுப</w:t>
      </w:r>
      <w:r>
        <w:t>স্থিত</w:t>
      </w:r>
      <w:r>
        <w:t>ியை</w:t>
      </w:r>
      <w:r>
        <w:t xml:space="preserve"> </w:t>
      </w:r>
      <w:r>
        <w:t>எப்படி</w:t>
      </w:r>
      <w:r>
        <w:t xml:space="preserve"> </w:t>
      </w:r>
      <w:r>
        <w:t>அறிவிப்பது</w:t>
      </w:r>
    </w:p>
    <w:p w14:paraId="2E3009C4" w14:textId="77777777" w:rsidR="00923A28" w:rsidRDefault="006F0B5E">
      <w:r>
        <w:t xml:space="preserve">1. </w:t>
      </w:r>
      <w:r>
        <w:t>மின்னஞ்சல்</w:t>
      </w:r>
      <w:r>
        <w:t xml:space="preserve">: pupilabsence@avenue.reading.sch.uk — </w:t>
      </w:r>
      <w:r>
        <w:t>குழந்தையின்</w:t>
      </w:r>
      <w:r>
        <w:t xml:space="preserve"> </w:t>
      </w:r>
      <w:r>
        <w:t>பெயர்</w:t>
      </w:r>
      <w:r>
        <w:t xml:space="preserve">, </w:t>
      </w:r>
      <w:r>
        <w:t>வகுப்பு</w:t>
      </w:r>
      <w:r>
        <w:t>/</w:t>
      </w:r>
      <w:r>
        <w:t>ஆசிரியர்</w:t>
      </w:r>
      <w:r>
        <w:t xml:space="preserve">, </w:t>
      </w:r>
      <w:r>
        <w:t>காரணம்</w:t>
      </w:r>
      <w:r>
        <w:t xml:space="preserve">, </w:t>
      </w:r>
      <w:r>
        <w:t>திரும்பும்</w:t>
      </w:r>
      <w:r>
        <w:t xml:space="preserve"> </w:t>
      </w:r>
      <w:r>
        <w:t>தேதி</w:t>
      </w:r>
      <w:r>
        <w:t xml:space="preserve"> </w:t>
      </w:r>
      <w:r>
        <w:t>ஆகியவற்றை</w:t>
      </w:r>
      <w:r>
        <w:t xml:space="preserve"> </w:t>
      </w:r>
      <w:r>
        <w:t>சேர்க்கவும்</w:t>
      </w:r>
      <w:r>
        <w:t>.</w:t>
      </w:r>
    </w:p>
    <w:p w14:paraId="03F36DDD" w14:textId="77777777" w:rsidR="00923A28" w:rsidRDefault="006F0B5E">
      <w:r>
        <w:t xml:space="preserve">2. </w:t>
      </w:r>
      <w:r>
        <w:t>தொலைபேசி</w:t>
      </w:r>
      <w:r>
        <w:t>: 0118 3389038 (</w:t>
      </w:r>
      <w:r>
        <w:t>விருப்பம்</w:t>
      </w:r>
      <w:r>
        <w:t xml:space="preserve"> 1) — </w:t>
      </w:r>
      <w:r>
        <w:t>குழந்தையின்</w:t>
      </w:r>
      <w:r>
        <w:t xml:space="preserve"> </w:t>
      </w:r>
      <w:r>
        <w:t>பெயர்</w:t>
      </w:r>
      <w:r>
        <w:t xml:space="preserve">, </w:t>
      </w:r>
      <w:r>
        <w:t>வகுப்பு</w:t>
      </w:r>
      <w:r>
        <w:t>/</w:t>
      </w:r>
      <w:r>
        <w:t>ஆசிரியர்</w:t>
      </w:r>
      <w:r>
        <w:t xml:space="preserve"> </w:t>
      </w:r>
      <w:r>
        <w:t>மற்றும்</w:t>
      </w:r>
      <w:r>
        <w:t xml:space="preserve"> </w:t>
      </w:r>
      <w:r>
        <w:t>கார</w:t>
      </w:r>
      <w:r>
        <w:t>ணம்</w:t>
      </w:r>
      <w:r>
        <w:t xml:space="preserve"> </w:t>
      </w:r>
      <w:r>
        <w:t>ஆகியவற்றை</w:t>
      </w:r>
      <w:r>
        <w:t xml:space="preserve"> </w:t>
      </w:r>
      <w:r>
        <w:t>வழங்கவும்</w:t>
      </w:r>
      <w:r>
        <w:t>.</w:t>
      </w:r>
    </w:p>
    <w:p w14:paraId="2CCA599B" w14:textId="77777777" w:rsidR="00923A28" w:rsidRDefault="00923A28"/>
    <w:p w14:paraId="69DC4A20" w14:textId="77777777" w:rsidR="00923A28" w:rsidRDefault="006F0B5E">
      <w:r>
        <w:t>எப்போது</w:t>
      </w:r>
      <w:r>
        <w:t xml:space="preserve"> </w:t>
      </w:r>
      <w:r>
        <w:t>அறிவிக்க</w:t>
      </w:r>
      <w:r>
        <w:t xml:space="preserve"> </w:t>
      </w:r>
      <w:r>
        <w:t>வேண்டும்</w:t>
      </w:r>
    </w:p>
    <w:p w14:paraId="43149E04" w14:textId="77777777" w:rsidR="00923A28" w:rsidRDefault="006F0B5E">
      <w:r>
        <w:t xml:space="preserve">• </w:t>
      </w:r>
      <w:r>
        <w:t>முதல்</w:t>
      </w:r>
      <w:r>
        <w:t xml:space="preserve"> </w:t>
      </w:r>
      <w:r>
        <w:t>நாளே</w:t>
      </w:r>
      <w:r>
        <w:t xml:space="preserve"> (</w:t>
      </w:r>
      <w:r>
        <w:t>காலை</w:t>
      </w:r>
      <w:r>
        <w:t xml:space="preserve"> 9:00 </w:t>
      </w:r>
      <w:r>
        <w:t>மணிக்கு</w:t>
      </w:r>
      <w:r>
        <w:t xml:space="preserve"> </w:t>
      </w:r>
      <w:r>
        <w:t>முன்பு</w:t>
      </w:r>
      <w:r>
        <w:t xml:space="preserve"> </w:t>
      </w:r>
      <w:r>
        <w:t>அறிவிக்க</w:t>
      </w:r>
      <w:r>
        <w:t xml:space="preserve"> </w:t>
      </w:r>
      <w:r>
        <w:t>முடிந்தால்</w:t>
      </w:r>
      <w:r>
        <w:t xml:space="preserve"> </w:t>
      </w:r>
      <w:r>
        <w:t>சிறப்பு</w:t>
      </w:r>
      <w:r>
        <w:t>).</w:t>
      </w:r>
    </w:p>
    <w:p w14:paraId="08FEEAFB" w14:textId="77777777" w:rsidR="00923A28" w:rsidRDefault="006F0B5E">
      <w:r>
        <w:t xml:space="preserve">• </w:t>
      </w:r>
      <w:r>
        <w:t>திரும்பும்</w:t>
      </w:r>
      <w:r>
        <w:t xml:space="preserve"> </w:t>
      </w:r>
      <w:r>
        <w:t>தேதி</w:t>
      </w:r>
      <w:r>
        <w:t xml:space="preserve"> </w:t>
      </w:r>
      <w:r>
        <w:t>முன்பே</w:t>
      </w:r>
      <w:r>
        <w:t xml:space="preserve"> </w:t>
      </w:r>
      <w:r>
        <w:t>உறுதிசெய்யப்படவில்லை</w:t>
      </w:r>
      <w:r>
        <w:t xml:space="preserve"> </w:t>
      </w:r>
      <w:r>
        <w:t>என்றால்</w:t>
      </w:r>
      <w:r>
        <w:t xml:space="preserve">, </w:t>
      </w:r>
      <w:r>
        <w:t>अनुपस्थित</w:t>
      </w:r>
      <w:r>
        <w:t>ி</w:t>
      </w:r>
      <w:r>
        <w:t xml:space="preserve"> </w:t>
      </w:r>
      <w:r>
        <w:t>நீடிக்கும்</w:t>
      </w:r>
      <w:r>
        <w:t xml:space="preserve"> </w:t>
      </w:r>
      <w:r>
        <w:t>ஒவ்வொரு</w:t>
      </w:r>
      <w:r>
        <w:t xml:space="preserve"> </w:t>
      </w:r>
      <w:r>
        <w:t>தினமும்</w:t>
      </w:r>
      <w:r>
        <w:t>.</w:t>
      </w:r>
    </w:p>
    <w:p w14:paraId="36894566" w14:textId="77777777" w:rsidR="00923A28" w:rsidRDefault="00923A28"/>
    <w:p w14:paraId="4B3825F5" w14:textId="77777777" w:rsidR="00923A28" w:rsidRDefault="006F0B5E">
      <w:r>
        <w:t>அறிவிக்க</w:t>
      </w:r>
      <w:r>
        <w:t xml:space="preserve"> </w:t>
      </w:r>
      <w:r>
        <w:t>வேண்டிய</w:t>
      </w:r>
      <w:r>
        <w:t xml:space="preserve"> </w:t>
      </w:r>
      <w:r>
        <w:t>अनुपस्थित</w:t>
      </w:r>
      <w:r>
        <w:t>ி</w:t>
      </w:r>
      <w:r>
        <w:t xml:space="preserve"> </w:t>
      </w:r>
      <w:r>
        <w:t>வகைகள்</w:t>
      </w:r>
    </w:p>
    <w:p w14:paraId="441501EB" w14:textId="77777777" w:rsidR="00923A28" w:rsidRDefault="006F0B5E">
      <w:r>
        <w:t xml:space="preserve">• </w:t>
      </w:r>
      <w:r>
        <w:t>நோய</w:t>
      </w:r>
      <w:r>
        <w:t>்</w:t>
      </w:r>
      <w:r>
        <w:t xml:space="preserve">, </w:t>
      </w:r>
      <w:r>
        <w:t>மருத்துவ</w:t>
      </w:r>
      <w:r>
        <w:t>/</w:t>
      </w:r>
      <w:r>
        <w:t>பல்</w:t>
      </w:r>
      <w:r>
        <w:t xml:space="preserve"> </w:t>
      </w:r>
      <w:r>
        <w:t>மருத்துவர்</w:t>
      </w:r>
      <w:r>
        <w:t xml:space="preserve"> </w:t>
      </w:r>
      <w:r>
        <w:t>சந்திப்பு</w:t>
      </w:r>
      <w:r>
        <w:t xml:space="preserve">, </w:t>
      </w:r>
      <w:r>
        <w:t>குடும்ப</w:t>
      </w:r>
      <w:r>
        <w:t xml:space="preserve"> </w:t>
      </w:r>
      <w:r>
        <w:t>அவசரநிலை</w:t>
      </w:r>
      <w:r>
        <w:t xml:space="preserve">, </w:t>
      </w:r>
      <w:r>
        <w:t>திட்டமிட்ட</w:t>
      </w:r>
      <w:r>
        <w:t xml:space="preserve"> </w:t>
      </w:r>
      <w:r>
        <w:t>अनुप</w:t>
      </w:r>
      <w:r>
        <w:t>ระดับ</w:t>
      </w:r>
      <w:r>
        <w:t>ங்களில்</w:t>
      </w:r>
      <w:r>
        <w:t>.</w:t>
      </w:r>
    </w:p>
    <w:p w14:paraId="74F76D02" w14:textId="77777777" w:rsidR="00923A28" w:rsidRDefault="00923A28"/>
    <w:p w14:paraId="531DE15B" w14:textId="77777777" w:rsidR="00923A28" w:rsidRDefault="006F0B5E">
      <w:r>
        <w:t>ஏன்</w:t>
      </w:r>
      <w:r>
        <w:t xml:space="preserve"> </w:t>
      </w:r>
      <w:r>
        <w:t>அறிவிப்பது</w:t>
      </w:r>
      <w:r>
        <w:t xml:space="preserve"> </w:t>
      </w:r>
      <w:r>
        <w:t>முக்கியம்</w:t>
      </w:r>
    </w:p>
    <w:p w14:paraId="3C5B552C" w14:textId="77777777" w:rsidR="00923A28" w:rsidRDefault="006F0B5E">
      <w:r>
        <w:t xml:space="preserve">• </w:t>
      </w:r>
      <w:r>
        <w:t>பாதுகாப்பு</w:t>
      </w:r>
      <w:r>
        <w:t xml:space="preserve">, </w:t>
      </w:r>
      <w:r>
        <w:t>சரியான</w:t>
      </w:r>
      <w:r>
        <w:t xml:space="preserve"> </w:t>
      </w:r>
      <w:r>
        <w:t>பதிவு</w:t>
      </w:r>
      <w:r>
        <w:t xml:space="preserve">, </w:t>
      </w:r>
      <w:r>
        <w:t>தேவையான</w:t>
      </w:r>
      <w:r>
        <w:t xml:space="preserve"> </w:t>
      </w:r>
      <w:r>
        <w:t>ஆதரவு</w:t>
      </w:r>
      <w:r>
        <w:t xml:space="preserve">, </w:t>
      </w:r>
      <w:r>
        <w:t>பாதுகாப்பு</w:t>
      </w:r>
      <w:r>
        <w:t xml:space="preserve"> </w:t>
      </w:r>
      <w:r>
        <w:t>விதிமுறைகளின்</w:t>
      </w:r>
      <w:r>
        <w:t xml:space="preserve"> </w:t>
      </w:r>
      <w:r>
        <w:t>படி</w:t>
      </w:r>
      <w:r>
        <w:t xml:space="preserve"> </w:t>
      </w:r>
      <w:r>
        <w:t>செயல்பாடு</w:t>
      </w:r>
      <w:r>
        <w:t>.</w:t>
      </w:r>
    </w:p>
    <w:sectPr w:rsidR="00923A2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F0B5E"/>
    <w:rsid w:val="00923A2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EC60AA"/>
  <w14:defaultImageDpi w14:val="300"/>
  <w15:docId w15:val="{784138BD-922C-421D-94B1-6A4F82EE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Green</cp:lastModifiedBy>
  <cp:revision>2</cp:revision>
  <dcterms:created xsi:type="dcterms:W3CDTF">2026-01-22T09:13:00Z</dcterms:created>
  <dcterms:modified xsi:type="dcterms:W3CDTF">2026-01-22T09:13:00Z</dcterms:modified>
  <cp:category/>
</cp:coreProperties>
</file>