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0D767" w14:textId="77777777" w:rsidR="00385CAE" w:rsidRDefault="00E83A4D">
      <w:r>
        <w:t>ਮਾਪਿਆਂ</w:t>
      </w:r>
      <w:r>
        <w:t xml:space="preserve"> </w:t>
      </w:r>
      <w:r>
        <w:t>ਲਈ</w:t>
      </w:r>
      <w:r>
        <w:t xml:space="preserve"> </w:t>
      </w:r>
      <w:r>
        <w:t>ਗਾਈਡ</w:t>
      </w:r>
      <w:r>
        <w:t xml:space="preserve">: </w:t>
      </w:r>
      <w:r>
        <w:t>ਵਿਦਿਆਰਥੀ</w:t>
      </w:r>
      <w:r>
        <w:t xml:space="preserve"> </w:t>
      </w:r>
      <w:r>
        <w:t>ਦੀ</w:t>
      </w:r>
      <w:r>
        <w:t xml:space="preserve"> </w:t>
      </w:r>
      <w:r>
        <w:t>ਗੈਰਹਾਜ਼ਰੀ</w:t>
      </w:r>
      <w:r>
        <w:t xml:space="preserve"> </w:t>
      </w:r>
      <w:r>
        <w:t>ਕਿਵੇਂ</w:t>
      </w:r>
      <w:r>
        <w:t xml:space="preserve"> </w:t>
      </w:r>
      <w:r>
        <w:t>ਰਿਪੋਰਟ</w:t>
      </w:r>
      <w:r>
        <w:t xml:space="preserve"> </w:t>
      </w:r>
      <w:r>
        <w:t>ਕਰਨੀ</w:t>
      </w:r>
      <w:r>
        <w:t xml:space="preserve"> </w:t>
      </w:r>
      <w:r>
        <w:t>ਹੈ</w:t>
      </w:r>
    </w:p>
    <w:p w14:paraId="2CE48C45" w14:textId="77777777" w:rsidR="00385CAE" w:rsidRDefault="00385CAE"/>
    <w:p w14:paraId="56E604AA" w14:textId="77777777" w:rsidR="00385CAE" w:rsidRDefault="00E83A4D">
      <w:r>
        <w:t>ਸਾਰੇ</w:t>
      </w:r>
      <w:r>
        <w:t xml:space="preserve"> </w:t>
      </w:r>
      <w:r>
        <w:t>ਵਿਦਿਆਰਥੀਆਂ</w:t>
      </w:r>
      <w:r>
        <w:t xml:space="preserve"> </w:t>
      </w:r>
      <w:r>
        <w:t>ਦੀ</w:t>
      </w:r>
      <w:r>
        <w:t xml:space="preserve"> </w:t>
      </w:r>
      <w:r>
        <w:t>ਸੁਰੱਖਿਆ</w:t>
      </w:r>
      <w:r>
        <w:t xml:space="preserve"> </w:t>
      </w:r>
      <w:r>
        <w:t>ਅਤੇ</w:t>
      </w:r>
      <w:r>
        <w:t xml:space="preserve"> </w:t>
      </w:r>
      <w:r>
        <w:t>ਸਹੀ</w:t>
      </w:r>
      <w:r>
        <w:t xml:space="preserve"> </w:t>
      </w:r>
      <w:r>
        <w:t>ਹਾਜ਼ਰੀ</w:t>
      </w:r>
      <w:r>
        <w:t xml:space="preserve"> </w:t>
      </w:r>
      <w:r>
        <w:t>ਰਿਕਾਰਡ</w:t>
      </w:r>
      <w:r>
        <w:t xml:space="preserve"> </w:t>
      </w:r>
      <w:r>
        <w:t>ਬਣਾਈ</w:t>
      </w:r>
      <w:r>
        <w:t xml:space="preserve"> </w:t>
      </w:r>
      <w:r>
        <w:t>ਰੱਖਣ</w:t>
      </w:r>
      <w:r>
        <w:t xml:space="preserve"> </w:t>
      </w:r>
      <w:r>
        <w:t>ਲਈ</w:t>
      </w:r>
      <w:r>
        <w:t xml:space="preserve">, </w:t>
      </w:r>
      <w:r>
        <w:t>ਕਿਰਪਾ</w:t>
      </w:r>
      <w:r>
        <w:t xml:space="preserve"> </w:t>
      </w:r>
      <w:r>
        <w:t>ਕਰਕੇ</w:t>
      </w:r>
      <w:r>
        <w:t xml:space="preserve"> </w:t>
      </w:r>
      <w:r>
        <w:t>ਆਪਣੇ</w:t>
      </w:r>
      <w:r>
        <w:t xml:space="preserve"> </w:t>
      </w:r>
      <w:r>
        <w:t>ਬੱਚੇ</w:t>
      </w:r>
      <w:r>
        <w:t xml:space="preserve"> </w:t>
      </w:r>
      <w:r>
        <w:t>ਦੀ</w:t>
      </w:r>
      <w:r>
        <w:t xml:space="preserve"> </w:t>
      </w:r>
      <w:r>
        <w:t>ਗੈਰਹਾਜ਼ਰੀ</w:t>
      </w:r>
      <w:r>
        <w:t xml:space="preserve"> </w:t>
      </w:r>
      <w:r>
        <w:t>ਦੀ</w:t>
      </w:r>
      <w:r>
        <w:t xml:space="preserve"> </w:t>
      </w:r>
      <w:r>
        <w:t>ਜਾਣਕਾਰੀ</w:t>
      </w:r>
      <w:r>
        <w:t xml:space="preserve"> </w:t>
      </w:r>
      <w:r>
        <w:t>ਉਸੇ</w:t>
      </w:r>
      <w:r>
        <w:t xml:space="preserve"> </w:t>
      </w:r>
      <w:r>
        <w:t>ਦਿਨ</w:t>
      </w:r>
      <w:r>
        <w:t xml:space="preserve"> </w:t>
      </w:r>
      <w:r>
        <w:t>ਜਿੰਨੀ</w:t>
      </w:r>
      <w:r>
        <w:t xml:space="preserve"> </w:t>
      </w:r>
      <w:r>
        <w:t>ਜਲਦੀ</w:t>
      </w:r>
      <w:r>
        <w:t xml:space="preserve"> </w:t>
      </w:r>
      <w:r>
        <w:t>ਹੋ</w:t>
      </w:r>
      <w:r>
        <w:t xml:space="preserve"> </w:t>
      </w:r>
      <w:r>
        <w:t>ਸਕੇ</w:t>
      </w:r>
      <w:r>
        <w:t xml:space="preserve"> </w:t>
      </w:r>
      <w:r>
        <w:t>ਦੇ</w:t>
      </w:r>
      <w:r>
        <w:t xml:space="preserve"> </w:t>
      </w:r>
      <w:r>
        <w:t>ਦਿਓ</w:t>
      </w:r>
      <w:r>
        <w:t>।</w:t>
      </w:r>
    </w:p>
    <w:p w14:paraId="514DC02E" w14:textId="77777777" w:rsidR="00385CAE" w:rsidRDefault="00385CAE"/>
    <w:p w14:paraId="2ED2770F" w14:textId="77777777" w:rsidR="00385CAE" w:rsidRDefault="00E83A4D">
      <w:r>
        <w:t>ਗੈਰਹਾਜ਼ਰੀ</w:t>
      </w:r>
      <w:r>
        <w:t xml:space="preserve"> </w:t>
      </w:r>
      <w:r>
        <w:t>ਦੀ</w:t>
      </w:r>
      <w:r>
        <w:t xml:space="preserve"> </w:t>
      </w:r>
      <w:r>
        <w:t>ਰਿਪੋਰਟ</w:t>
      </w:r>
      <w:r>
        <w:t xml:space="preserve"> </w:t>
      </w:r>
      <w:r>
        <w:t>ਕਿਵੇਂ</w:t>
      </w:r>
      <w:r>
        <w:t xml:space="preserve"> </w:t>
      </w:r>
      <w:r>
        <w:t>ਕਰਨੀ</w:t>
      </w:r>
      <w:r>
        <w:t xml:space="preserve"> </w:t>
      </w:r>
      <w:r>
        <w:t>ਹੈ</w:t>
      </w:r>
    </w:p>
    <w:p w14:paraId="5B2E45D3" w14:textId="77777777" w:rsidR="00385CAE" w:rsidRDefault="00E83A4D">
      <w:r>
        <w:t xml:space="preserve">1. </w:t>
      </w:r>
      <w:r>
        <w:t>ਈਮੇਲ</w:t>
      </w:r>
      <w:r>
        <w:t xml:space="preserve">: </w:t>
      </w:r>
      <w:r>
        <w:t xml:space="preserve">pupilabsence@avenue.reading.sch.uk — </w:t>
      </w:r>
      <w:r>
        <w:t>ਬੱਚੇ</w:t>
      </w:r>
      <w:r>
        <w:t xml:space="preserve"> </w:t>
      </w:r>
      <w:r>
        <w:t>ਦਾ</w:t>
      </w:r>
      <w:r>
        <w:t xml:space="preserve"> </w:t>
      </w:r>
      <w:r>
        <w:t>ਨਾਮ</w:t>
      </w:r>
      <w:r>
        <w:t xml:space="preserve">, </w:t>
      </w:r>
      <w:r>
        <w:t>ਕਲਾਸ</w:t>
      </w:r>
      <w:r>
        <w:t>/</w:t>
      </w:r>
      <w:r>
        <w:t>ਅਧਿਆਪਕ</w:t>
      </w:r>
      <w:r>
        <w:t xml:space="preserve">, </w:t>
      </w:r>
      <w:r>
        <w:t>ਕਾਰਨ</w:t>
      </w:r>
      <w:r>
        <w:t xml:space="preserve"> </w:t>
      </w:r>
      <w:r>
        <w:t>ਅਤੇ</w:t>
      </w:r>
      <w:r>
        <w:t xml:space="preserve"> </w:t>
      </w:r>
      <w:r>
        <w:t>ਉਮੀਦ</w:t>
      </w:r>
      <w:r>
        <w:t xml:space="preserve"> </w:t>
      </w:r>
      <w:r>
        <w:t>ਕੀਤੀ</w:t>
      </w:r>
      <w:r>
        <w:t xml:space="preserve"> </w:t>
      </w:r>
      <w:r>
        <w:t>ਵਾਪਸੀ</w:t>
      </w:r>
      <w:r>
        <w:t xml:space="preserve"> </w:t>
      </w:r>
      <w:r>
        <w:t>ਤਾਰੀਖ</w:t>
      </w:r>
      <w:r>
        <w:t xml:space="preserve"> </w:t>
      </w:r>
      <w:r>
        <w:t>ਸ਼ਾਮਲ</w:t>
      </w:r>
      <w:r>
        <w:t xml:space="preserve"> </w:t>
      </w:r>
      <w:r>
        <w:t>ਕਰੋ</w:t>
      </w:r>
      <w:r>
        <w:t>।</w:t>
      </w:r>
    </w:p>
    <w:p w14:paraId="1939A584" w14:textId="77777777" w:rsidR="00385CAE" w:rsidRDefault="00E83A4D">
      <w:r>
        <w:t xml:space="preserve">2. </w:t>
      </w:r>
      <w:r>
        <w:t>ਫ਼ੋਨ</w:t>
      </w:r>
      <w:r>
        <w:t xml:space="preserve"> </w:t>
      </w:r>
      <w:r>
        <w:t>ਕਾਲ</w:t>
      </w:r>
      <w:r>
        <w:t>: 0118 3389038 (</w:t>
      </w:r>
      <w:r>
        <w:t>ਚੋਣ</w:t>
      </w:r>
      <w:r>
        <w:t xml:space="preserve"> 1) — </w:t>
      </w:r>
      <w:r>
        <w:t>ਬੱਚੇ</w:t>
      </w:r>
      <w:r>
        <w:t xml:space="preserve"> </w:t>
      </w:r>
      <w:r>
        <w:t>ਦਾ</w:t>
      </w:r>
      <w:r>
        <w:t xml:space="preserve"> </w:t>
      </w:r>
      <w:r>
        <w:t>ਨਾਮ</w:t>
      </w:r>
      <w:r>
        <w:t xml:space="preserve">, </w:t>
      </w:r>
      <w:r>
        <w:t>ਕਲਾਸ</w:t>
      </w:r>
      <w:r>
        <w:t>/</w:t>
      </w:r>
      <w:r>
        <w:t>ਅਧਿਆਪਕ</w:t>
      </w:r>
      <w:r>
        <w:t xml:space="preserve"> </w:t>
      </w:r>
      <w:r>
        <w:t>ਅਤੇ</w:t>
      </w:r>
      <w:r>
        <w:t xml:space="preserve"> </w:t>
      </w:r>
      <w:r>
        <w:t>ਕਾਰਨ</w:t>
      </w:r>
      <w:r>
        <w:t xml:space="preserve"> </w:t>
      </w:r>
      <w:r>
        <w:t>ਦੱਸੋ</w:t>
      </w:r>
      <w:r>
        <w:t>।</w:t>
      </w:r>
      <w:r>
        <w:t xml:space="preserve"> </w:t>
      </w:r>
      <w:r>
        <w:t>ਵੌਇਸਮੇਲ</w:t>
      </w:r>
      <w:r>
        <w:t xml:space="preserve"> </w:t>
      </w:r>
      <w:r>
        <w:t>ਵੀ</w:t>
      </w:r>
      <w:r>
        <w:t xml:space="preserve"> </w:t>
      </w:r>
      <w:r>
        <w:t>ਸਵੀਕਾਰ</w:t>
      </w:r>
      <w:r>
        <w:t xml:space="preserve"> </w:t>
      </w:r>
      <w:r>
        <w:t>ਹੈ</w:t>
      </w:r>
      <w:r>
        <w:t>।</w:t>
      </w:r>
    </w:p>
    <w:p w14:paraId="538F8814" w14:textId="77777777" w:rsidR="00385CAE" w:rsidRDefault="00385CAE"/>
    <w:p w14:paraId="446439E9" w14:textId="77777777" w:rsidR="00385CAE" w:rsidRDefault="00E83A4D">
      <w:r>
        <w:t>ਗੈਰਹਾਜ਼ਰੀ</w:t>
      </w:r>
      <w:r>
        <w:t xml:space="preserve"> </w:t>
      </w:r>
      <w:r>
        <w:t>ਕਦੋਂ</w:t>
      </w:r>
      <w:r>
        <w:t xml:space="preserve"> </w:t>
      </w:r>
      <w:r>
        <w:t>ਰਿਪੋਰਟ</w:t>
      </w:r>
      <w:r>
        <w:t xml:space="preserve"> </w:t>
      </w:r>
      <w:r>
        <w:t>ਕਰਨੀ</w:t>
      </w:r>
      <w:r>
        <w:t xml:space="preserve"> </w:t>
      </w:r>
      <w:r>
        <w:t>ਹੈ</w:t>
      </w:r>
    </w:p>
    <w:p w14:paraId="540E86E5" w14:textId="77777777" w:rsidR="00385CAE" w:rsidRDefault="00E83A4D">
      <w:r>
        <w:t xml:space="preserve">• </w:t>
      </w:r>
      <w:r>
        <w:t>ਪਹਿਲੇ</w:t>
      </w:r>
      <w:r>
        <w:t xml:space="preserve"> </w:t>
      </w:r>
      <w:r>
        <w:t>ਦਿਨ</w:t>
      </w:r>
      <w:r>
        <w:t xml:space="preserve"> (</w:t>
      </w:r>
      <w:r>
        <w:t>ਸਵੇਰੇ</w:t>
      </w:r>
      <w:r>
        <w:t xml:space="preserve"> 9:0</w:t>
      </w:r>
      <w:r>
        <w:t xml:space="preserve">0 </w:t>
      </w:r>
      <w:r>
        <w:t>ਵਜੇ</w:t>
      </w:r>
      <w:r>
        <w:t xml:space="preserve"> </w:t>
      </w:r>
      <w:r>
        <w:t>ਤੋਂ</w:t>
      </w:r>
      <w:r>
        <w:t xml:space="preserve"> </w:t>
      </w:r>
      <w:r>
        <w:t>ਪਹਿਲਾਂ</w:t>
      </w:r>
      <w:r>
        <w:t xml:space="preserve"> </w:t>
      </w:r>
      <w:r>
        <w:t>ਹੋ</w:t>
      </w:r>
      <w:r>
        <w:t xml:space="preserve"> </w:t>
      </w:r>
      <w:r>
        <w:t>ਸਕੇ</w:t>
      </w:r>
      <w:r>
        <w:t xml:space="preserve"> </w:t>
      </w:r>
      <w:r>
        <w:t>ਤਾਂ</w:t>
      </w:r>
      <w:r>
        <w:t>)</w:t>
      </w:r>
    </w:p>
    <w:p w14:paraId="4C59E492" w14:textId="77777777" w:rsidR="00385CAE" w:rsidRDefault="00E83A4D">
      <w:r>
        <w:t xml:space="preserve">• </w:t>
      </w:r>
      <w:r>
        <w:t>ਹਰ</w:t>
      </w:r>
      <w:r>
        <w:t xml:space="preserve"> </w:t>
      </w:r>
      <w:r>
        <w:t>ਦਿਨ</w:t>
      </w:r>
      <w:r>
        <w:t xml:space="preserve"> </w:t>
      </w:r>
      <w:r>
        <w:t>ਜਦੋਂ</w:t>
      </w:r>
      <w:r>
        <w:t xml:space="preserve"> </w:t>
      </w:r>
      <w:r>
        <w:t>ਤੱਕ</w:t>
      </w:r>
      <w:r>
        <w:t xml:space="preserve"> </w:t>
      </w:r>
      <w:r>
        <w:t>ਗੈਰਹਾਜ਼ਰੀ</w:t>
      </w:r>
      <w:r>
        <w:t xml:space="preserve"> </w:t>
      </w:r>
      <w:r>
        <w:t>ਜਾਰੀ</w:t>
      </w:r>
      <w:r>
        <w:t xml:space="preserve"> </w:t>
      </w:r>
      <w:r>
        <w:t>ਰਹਿੰਦੀ</w:t>
      </w:r>
      <w:r>
        <w:t xml:space="preserve"> </w:t>
      </w:r>
      <w:r>
        <w:t>ਹੈ</w:t>
      </w:r>
      <w:r>
        <w:t xml:space="preserve">, </w:t>
      </w:r>
      <w:r>
        <w:t>ਜੇ</w:t>
      </w:r>
      <w:r>
        <w:t xml:space="preserve"> </w:t>
      </w:r>
      <w:r>
        <w:t>ਪਹਿਲਾਂ</w:t>
      </w:r>
      <w:r>
        <w:t xml:space="preserve"> </w:t>
      </w:r>
      <w:r>
        <w:t>ਤੋਂ</w:t>
      </w:r>
      <w:r>
        <w:t xml:space="preserve"> </w:t>
      </w:r>
      <w:r>
        <w:t>ਵਾਪਸੀ</w:t>
      </w:r>
      <w:r>
        <w:t xml:space="preserve"> </w:t>
      </w:r>
      <w:r>
        <w:t>ਦੀ</w:t>
      </w:r>
      <w:r>
        <w:t xml:space="preserve"> </w:t>
      </w:r>
      <w:r>
        <w:t>ਤਾਰੀਖ</w:t>
      </w:r>
      <w:r>
        <w:t xml:space="preserve"> </w:t>
      </w:r>
      <w:r>
        <w:t>ਨਹੀਂ</w:t>
      </w:r>
      <w:r>
        <w:t xml:space="preserve"> </w:t>
      </w:r>
      <w:r>
        <w:t>ਦਿੱਤੀ</w:t>
      </w:r>
      <w:r>
        <w:t xml:space="preserve"> </w:t>
      </w:r>
      <w:r>
        <w:t>ਗਈ</w:t>
      </w:r>
      <w:r>
        <w:t>।</w:t>
      </w:r>
    </w:p>
    <w:p w14:paraId="2FA285AA" w14:textId="77777777" w:rsidR="00385CAE" w:rsidRDefault="00385CAE"/>
    <w:p w14:paraId="08EE8F52" w14:textId="77777777" w:rsidR="00385CAE" w:rsidRDefault="00E83A4D">
      <w:r>
        <w:t>ਕਿਹੜੀਆਂ</w:t>
      </w:r>
      <w:r>
        <w:t xml:space="preserve"> </w:t>
      </w:r>
      <w:r>
        <w:t>ਕਿਸਮਾਂ</w:t>
      </w:r>
      <w:r>
        <w:t xml:space="preserve"> </w:t>
      </w:r>
      <w:r>
        <w:t>ਦੀ</w:t>
      </w:r>
      <w:r>
        <w:t xml:space="preserve"> </w:t>
      </w:r>
      <w:r>
        <w:t>ਗੈਰਹਾਜ਼ਰੀ</w:t>
      </w:r>
      <w:r>
        <w:t xml:space="preserve"> </w:t>
      </w:r>
      <w:r>
        <w:t>ਰਿਪੋਰਟ</w:t>
      </w:r>
      <w:r>
        <w:t xml:space="preserve"> </w:t>
      </w:r>
      <w:r>
        <w:t>ਕਰਨੀ</w:t>
      </w:r>
      <w:r>
        <w:t xml:space="preserve"> </w:t>
      </w:r>
      <w:r>
        <w:t>ਲਾਜ਼ਮੀ</w:t>
      </w:r>
      <w:r>
        <w:t xml:space="preserve"> </w:t>
      </w:r>
      <w:r>
        <w:t>ਹੈ</w:t>
      </w:r>
    </w:p>
    <w:p w14:paraId="42FCF7FC" w14:textId="77777777" w:rsidR="00385CAE" w:rsidRDefault="00E83A4D">
      <w:r>
        <w:t xml:space="preserve">• </w:t>
      </w:r>
      <w:r>
        <w:t>ਬਿਮਾਰੀ</w:t>
      </w:r>
      <w:r>
        <w:t xml:space="preserve">, </w:t>
      </w:r>
      <w:r>
        <w:t>ਡਾਕਟਰੀ</w:t>
      </w:r>
      <w:r>
        <w:t>/</w:t>
      </w:r>
      <w:r>
        <w:t>ਦੰਦਾਂ</w:t>
      </w:r>
      <w:r>
        <w:t xml:space="preserve"> </w:t>
      </w:r>
      <w:r>
        <w:t>ਦੇ</w:t>
      </w:r>
      <w:r>
        <w:t xml:space="preserve"> </w:t>
      </w:r>
      <w:r>
        <w:t>ਡਾਕਟਰ</w:t>
      </w:r>
      <w:r>
        <w:t xml:space="preserve"> </w:t>
      </w:r>
      <w:r>
        <w:t>ਦੀਆਂ</w:t>
      </w:r>
      <w:r>
        <w:t xml:space="preserve"> </w:t>
      </w:r>
      <w:r>
        <w:t>ਅਪਾਇੰਟਮੈਂਟਾਂ</w:t>
      </w:r>
      <w:r>
        <w:t xml:space="preserve">, </w:t>
      </w:r>
      <w:r>
        <w:t>ਘਰੇਲੂ</w:t>
      </w:r>
      <w:r>
        <w:t xml:space="preserve"> </w:t>
      </w:r>
      <w:r>
        <w:t>ਐਮਰਜੈਂਸੀ</w:t>
      </w:r>
      <w:r>
        <w:t xml:space="preserve">, </w:t>
      </w:r>
      <w:r>
        <w:t>ਯੋਜਿਤ</w:t>
      </w:r>
      <w:r>
        <w:t xml:space="preserve"> </w:t>
      </w:r>
      <w:r>
        <w:t>ਗੈਰਹਾਜ਼ਰੀਆਂ</w:t>
      </w:r>
    </w:p>
    <w:p w14:paraId="7DC2450D" w14:textId="77777777" w:rsidR="00385CAE" w:rsidRDefault="00385CAE"/>
    <w:p w14:paraId="20E00101" w14:textId="77777777" w:rsidR="00385CAE" w:rsidRDefault="00E83A4D">
      <w:r>
        <w:t>ਗੈ</w:t>
      </w:r>
      <w:r>
        <w:t>ਰਹਾਜ਼ਰੀ</w:t>
      </w:r>
      <w:r>
        <w:t xml:space="preserve"> </w:t>
      </w:r>
      <w:r>
        <w:t>ਰਿਪੋਰਟ</w:t>
      </w:r>
      <w:r>
        <w:t xml:space="preserve"> </w:t>
      </w:r>
      <w:r>
        <w:t>ਕਰਨੀ</w:t>
      </w:r>
      <w:r>
        <w:t xml:space="preserve"> </w:t>
      </w:r>
      <w:r>
        <w:t>ਕਿਉਂ</w:t>
      </w:r>
      <w:r>
        <w:t xml:space="preserve"> </w:t>
      </w:r>
      <w:r>
        <w:t>ਮਹੱਤਵਪੂਰਨ</w:t>
      </w:r>
      <w:r>
        <w:t xml:space="preserve"> </w:t>
      </w:r>
      <w:r>
        <w:t>ਹੈ</w:t>
      </w:r>
    </w:p>
    <w:p w14:paraId="4C9351D0" w14:textId="77777777" w:rsidR="00385CAE" w:rsidRDefault="00E83A4D">
      <w:r>
        <w:t xml:space="preserve">• </w:t>
      </w:r>
      <w:r>
        <w:t>ਸੁਰੱਖਿਆ</w:t>
      </w:r>
      <w:r>
        <w:t xml:space="preserve">, </w:t>
      </w:r>
      <w:r>
        <w:t>ਸਹੀ</w:t>
      </w:r>
      <w:r>
        <w:t xml:space="preserve"> </w:t>
      </w:r>
      <w:r>
        <w:t>ਰਿਕਾਰਡ</w:t>
      </w:r>
      <w:r>
        <w:t xml:space="preserve">, </w:t>
      </w:r>
      <w:r>
        <w:t>ਸਮਰਥਨ</w:t>
      </w:r>
      <w:r>
        <w:t xml:space="preserve"> </w:t>
      </w:r>
      <w:r>
        <w:t>ਅਤੇ</w:t>
      </w:r>
      <w:r>
        <w:t xml:space="preserve"> </w:t>
      </w:r>
      <w:r>
        <w:t>ਸੇਫਗਾਰਡਿੰਗ</w:t>
      </w:r>
      <w:r>
        <w:t xml:space="preserve"> </w:t>
      </w:r>
      <w:r>
        <w:t>ਨਿਯਮਾਂ</w:t>
      </w:r>
      <w:r>
        <w:t xml:space="preserve"> </w:t>
      </w:r>
      <w:r>
        <w:t>ਦੀ</w:t>
      </w:r>
      <w:r>
        <w:t xml:space="preserve"> </w:t>
      </w:r>
      <w:r>
        <w:t>ਪਾਲਣਾ</w:t>
      </w:r>
      <w:r>
        <w:t xml:space="preserve"> </w:t>
      </w:r>
      <w:r>
        <w:t>ਲਈ</w:t>
      </w:r>
    </w:p>
    <w:sectPr w:rsidR="00385CA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85CAE"/>
    <w:rsid w:val="00AA1D8D"/>
    <w:rsid w:val="00B47730"/>
    <w:rsid w:val="00CB0664"/>
    <w:rsid w:val="00E83A4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5553F52"/>
  <w14:defaultImageDpi w14:val="300"/>
  <w15:docId w15:val="{179FCCA9-5F38-4608-96DC-7B082EED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Green</cp:lastModifiedBy>
  <cp:revision>2</cp:revision>
  <dcterms:created xsi:type="dcterms:W3CDTF">2026-01-22T09:15:00Z</dcterms:created>
  <dcterms:modified xsi:type="dcterms:W3CDTF">2026-01-22T09:15:00Z</dcterms:modified>
  <cp:category/>
</cp:coreProperties>
</file>